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Парк «Дружбы»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a6b5da7d4527bed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Парк «Дружбы»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Парк «Дружбы»" title="Парк «Дружбы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a6b5da7d4527bed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«Дружбы»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Парк «Дружбы»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Парк «Дружбы»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https://bimap.su/description/frunze/379_Park.txt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