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Парк «Дружбы»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42.83755, 74.59487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73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2a6b5da7d4527bed1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42.83755, 74.59487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"Достук" паркы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42.83755, 74.59487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3999" cy="2232000"/>
            <wp:docPr id="4" name="Picture 4" descr="Парк «Дружбы»" title="Парк «Дружбы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42a6b5da7d4527bed1b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73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Парк «Дружбы»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  <w:r>
        <w:rPr>
          <w:rFonts w:ascii="Arial" w:hAnsi="Arial" w:eastAsia="Arial"/>
          <w:b/>
          <w:color w:val="242C2F"/>
          <w:sz w:val="20"/>
        </w:rPr>
        <w:t xml:space="preserve">  "Достук" паркы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"Достук" сейил багы 1957-жылы Кыргыз ССР Илимдер академиясынын Ботаникалык бакчасынын дендропарк катары негизделген. 1967-жылы дендропарк СССРдин 50 жылдыгы атындагы маданият жана эс алуу паркы болуп шаардык аткаруу комитетинин карамагына өткөрүлүп, 1972-жылы «Дружба» (азыркы Ата-Түрк паркы) маданият жана эс алуу паркы болуп өзгөртүлгөн.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Булак: https://bimap.su/description/frunze/379_Park.txt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Бул доор боюнча маалымат азырынча табыла элек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42.83755, 74.59487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КЫРГЫЗЧА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Бул доор боюнча маалымат азырынча табыла элек.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