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Парадный вход в парк культуры «Карагачевая роща»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15477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fdcc2ac88fb1ce6b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4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Парадный вход в парк культуры «Карагачевая роща»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54770" cy="2232000"/>
            <wp:docPr id="4" name="Picture 4" descr="Парадный вход в парк культуры «Карагачевая роща»" title="Парадный вход в парк культуры «Карагачевая рощ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ffdcc2ac88fb1ce6bf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47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Парадный вход в парк культуры «Карагачевая роща»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Парадный вход в парк культуры «Карагачевая роща»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Парадный вход в парк культуры «Карагачевая роща»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https://bimap.su/description/frunze/378_Karagachi.txt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42.89155, 74.61517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Oh my Turkish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https://2gis.kg/bishkek/firm/70000001044731640/tab/photos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