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Дом радио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42.87869, 74.57656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351272" cy="223199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4114fe1b79fd42a558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51272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42.87869, 74.57656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Радио үйү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42.87869, 74.57656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51272" cy="2231999"/>
            <wp:docPr id="4" name="Picture 4" descr="Дом радио" title="Дом ради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4114fe1b79fd42a558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51272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радио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Радио үйү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Радио үйү Радио үйү. Архитектор Е.Писарская, 1967-1980-жж. Панель мозаикасы «Эхо», сүрөтчү Александр Воронин.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https://bimap.su/description/frunze/377_Eho.txt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42.87869, 74.57656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Zheki 09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https://2gis.kg/bishkek/firm/70000001019353438/tab/photos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