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Дом радио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42.87869, 74.57656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Frunze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351272" cy="2231999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24114fe1b79fd42a558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51272" cy="223199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Bishkek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42.87869, 74.57656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House of Radio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42.87869, 74.57656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51272" cy="2231999"/>
            <wp:docPr id="4" name="Picture 4" descr="Дом радио" title="Дом радио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24114fe1b79fd42a558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51272" cy="223199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радио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House of Radio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House of Radio House of Radio. Architect E. Pisarskaya, 1967-1980. Panel mosaic “Echo”, artist Alexander Voronin.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https://bimap.su/description/frunze/377_Eho.txt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42.87869, 74.57656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