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Салон красоты «Ай Пери»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“Ай Пери” сулуулук салону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4" name="Picture 4" descr="Салон красоты «Ай Пери»" title="Салон красоты «Ай Пер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Салон красоты «Ай Пери»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“Ай Пери” сулуулук салону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“Ай Пери” сулуулук салону Экинчи кабаттагы салондун ички бөлүгүндө мозаика панно бар Аялдар, сүрөтчү Теодор Герцен, 1985-ж.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https://bimap.su/description/frunze/376_AiPeri.txt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Фарида Мамырова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https://2gis.kg/bishkek/firm/70000001082713717/tab/photos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