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Салон красоты «Ай Пери»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42.87604, 74.59086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664424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f2ea28e61826036391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6442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42.87604, 74.59086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Beauty salon “Ai Peri”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42.87604, 74.59086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664424" cy="2232000"/>
            <wp:docPr id="4" name="Picture 4" descr="Салон красоты «Ай Пери»" title="Салон красоты «Ай Пери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f2ea28e61826036391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6442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Салон красоты «Ай Пери»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Beauty salon “Ai Peri”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Beauty salon “Ai Peri” In the interior of the salon on the second floor there is a mosaic panel Women, artist Theodor Herzen, 1985.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https://bimap.su/description/frunze/376_AiPeri.txt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42.87604, 74.59086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