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 М.Горькому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2374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d1947b0f24e03403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37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М.Горькийдин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23741" cy="2232000"/>
            <wp:docPr id="4" name="Picture 4" descr="Памятник М.Горькому" title="Памятник М.Горьком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d1947b0f24e03403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37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М.Горькому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М.Горькийдин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Скульптор Ю.Чернов, архитекторлор У.Алымкулов, Г.Исакевич, 1981-ж.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https://bimap.su/description/frunze375_Gorkii/375_Gorkii.txt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Нуридин Назаров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https://2gis.kg/bishkek/firm/70000001019368490/tab/photos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