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М.Горькому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237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d1947b0f24e03403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7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M. Gorky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23741" cy="2232000"/>
            <wp:docPr id="4" name="Picture 4" descr="Памятник М.Горькому" title="Памятник М.Горь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d1947b0f24e03403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7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М.Горькому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M. Gorky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Sculptor Y. Chernov, architects U. Alymkulov, G. Isakevich, 1981.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https://bimap.su/description/frunze375_Gorkii/375_Gorkii.txt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