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Дом на улице Панфилова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42.87538, 74.60072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1956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67669d92a7a7956d12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195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42.87538, 74.60072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Панфилов көчөсүндөгү үй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42.87538, 74.60072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1956" cy="2232000"/>
            <wp:docPr id="4" name="Picture 4" descr="Дом на улице Панфилова" title="Дом на улице Панфил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67669d92a7a7956d12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195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улице Панфилова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Панфилов көчөсүндөгү үй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Панфилов көчөсүндөгү үй Панфилов көчөсүндөгү бул үй фрунзелик жөө аскерлерди жана учкучтарды эскерет.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https://bimap.su/description/frunze/374_DomPanfilova.txt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42.87538, 74.60072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Бдительный гражданин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https://2gis.kg/bishkek/firm/70000001069426441/tab/photos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