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Дом на улице Панфилова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42.87538, 74.60072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1956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67669d92a7a7956d12a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195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42.87538, 74.60072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House on Panfilov Street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42.87538, 74.60072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1956" cy="2232000"/>
            <wp:docPr id="4" name="Picture 4" descr="Дом на улице Панфилова" title="Дом на улице Панфило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67669d92a7a7956d12a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195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улице Панфилова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House on Panfilov Street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House on Panfilov Street This house on Panfilov Street remembers the Frunze infantrymen and pilots.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https://bimap.su/description/frunze/374_DomPanfilova.txt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42.87538, 74.60072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