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Улица Советская угол Фрунзе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42.88085, 74.61210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08635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a992a6ad6d15618c52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0863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42.88085, 74.61210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Совет көчөсү Фрунзе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42.88085, 74.61210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08635" cy="2232000"/>
            <wp:docPr id="4" name="Picture 4" descr="Улица Советская угол Фрунзе" title="Улица Советская угол 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a992a6ad6d15618c52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0863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Улица Советская угол Фрунзе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Совет көчөсү Фрунзе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Советская бурч Фрунзе Осташев. Фрунзе шаарынын Совет бурчу, 1958-жыл.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https://bimap.su/description/frunze/373_Ostashov1.txt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42.88085, 74.61210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Bek Myrza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https://2gis.kg/bishkek/geo/15763281595597581/tab/photos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