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 угол Фрунзе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42.88085, 74.61210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63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992a6ad6d15618c52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863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42.88085, 74.61210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Sovetskaya street corner Frunze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42.88085, 74.61210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08635" cy="2232000"/>
            <wp:docPr id="4" name="Picture 4" descr="Улица Советская угол Фрунзе" title="Улица Советская угол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992a6ad6d15618c52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863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 угол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Sovetskaya street corner Frunze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Sovetskaya corner Frunze Ostashev. Soviet corner of Frunze, 1958.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https://bimap.su/description/frunze/373_Ostashov1.txt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42.88085, 74.61210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