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Пишпекский базар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42.88140, 74.61256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7145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91c976ecd962a44e6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7145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Пишпекский базар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42.88140, 74.61256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71459" cy="2232000"/>
            <wp:docPr id="3" name="Picture 3" descr="Пишпекский базар" title="Пишпекский база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91c976ecd962a44e6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7145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Пишпекский базар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Пишпекский базар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переднем плане члены кооператива «Интергельпо», 1926г.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https://bimap.su/description/pishpek/58_Intergelpo_na_bazare1926.txt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42.88140, 74.61256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42.88140, 74.61256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