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Павильон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1613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da93e32df1b972eea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61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Павильон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6138" cy="2232000"/>
            <wp:docPr id="4" name="Picture 4" descr="Павильон" title="Павиль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da93e32df1b972eea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61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Павильон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Советтик базардагы павильон Осташев. Совет базарындагы павильон, 1960-жыл.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https://bimap.su/description/frunze/372_Ostashov.txt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Акылай Жумабекова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https://2gis.kg/bishkek/firm/70000001060564402/tab/photos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