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Павильон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Pavilion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4" name="Picture 4" descr="Павильон" title="Павиль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Pavilion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Pavilion at the Soviet Bazaar Ostashev. Pavilion at the Soviet Bazaar, 1960.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https://bimap.su/description/frunze/372_Ostashov.txt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