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Общежитие Комвуза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4554b7b36d80a557a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Общежитие Комвуза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Общежитие Комвуза" title="Общежитие Комвуз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4554b7b36d80a557a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Комвуза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Общежитие Комвуза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Ю. Дубов, 1938 год.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https://bimap.su/description/frunze/371_Sovpartshkola.txt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Прокурор Откровенный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https://2gis.kg/bishkek/geo/15763234351118293/tab/photos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