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Общежитие Комвуза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4554b7b36d80a557a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Комвуз жатаканасы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Общежитие Комвуза" title="Общежитие Комвуз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4554b7b36d80a557a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Комвуза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Комвуз жатаканасы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Комвуз жатаканасы Комвуз жатаканасы. Архитектор Ю. Дубов, 1938-жыл. Согуш мезгилинде бул жерде 385-аткычтар дивизиясынын 1266-масуриялык аткычтар полку түзүлүп, Одесса авиациялык окуу жайынын жатаканасы жайгашкан. Анда бул жерде советтик партиялык мектеп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https://bimap.su/description/frunze/371_Sovpartshkola.txt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42.88096, 74.60517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Прокурор Откровенный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https://2gis.kg/bishkek/geo/15763234351118293/tab/photos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