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Мураталы Куренкеев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42.86989, 74.59980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400e389cd76bfc6df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42.86989, 74.59980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Мураталы Куренкеев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42.86989, 74.59980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Мураталы Куренкеев" title="Мураталы Куренкее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400e389cd76bfc6df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Мураталы Куренкеев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Мураталы Куренкеев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https://bimap.su/description/frunze/370_Kurenkeev.txt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42.86989, 74.59980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Nargiz Uzgenbaeva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https://2gis.kg/bishkek/geo/15763294480498811/tab/photos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