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Мураталы Куренкеев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42.86989, 74.59980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7400e389cd76bfc6df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42.86989, 74.59980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Murataly Kurenkeyev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42.86989, 74.59980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4" name="Picture 4" descr="Мураталы Куренкеев" title="Мураталы Куренкеев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7400e389cd76bfc6df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Мураталы Куренкеев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Murataly Kurenkeyev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Murataly Kurenkeyev A bust of Murataly Kurenkeyev is installed near the building of the music school. Sculptor Olga Manuilova, 1959.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https://bimap.su/description/frunze/370_Kurenkeev.txt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42.86989, 74.59980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