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Музыкальная школа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615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dc9cb64f799aefd1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15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Музыкалык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1573" cy="2232000"/>
            <wp:docPr id="4" name="Picture 4" descr="Музыкальная школа" title="Музыкальная 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dc9cb64f799aefd1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15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Музыкальная школа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Музыкалык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Музыкалык мектеп П.Ф.Шубин атындагы музыкалык мектеп.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https://bimap.su/description/frunze/369_Muzshkola.txt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Mary Mary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https://2gis.kg/bishkek/firm/70000001019353625/tab/photos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