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Музыкальная школа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Music school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1573" cy="2232000"/>
            <wp:docPr id="4" name="Picture 4" descr="Музыкальная школа" title="Музыкальн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dc9cb64f799aefd1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15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Музыкальная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Music school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Music school Music school named after P.F.Shubin.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https://bimap.su/description/frunze/369_Muzshkola.txt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42.86978, 74.60494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