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Мост на р.Аламедин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42.88709, 74.63079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592382" cy="223199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397d52162a638ad81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92382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42.88709, 74.63079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Аламүдүн дарыясындагы көпүрө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42.88709, 74.63079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592382" cy="2231999"/>
            <wp:docPr id="4" name="Picture 4" descr="Мост на р.Аламедин" title="Мост на р.Аламедин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397d52162a638ad81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92382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Мост на р.Аламедин · 60-х годов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Аламүдүн дарыясындагы көпүрө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Аламүдүн дарыясындагы көпүрө. 60-жылдардын фотосу Артында No 23 мектеп, ары жакта телемунара.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https://bimap.su/description/frunze/367_Most.txt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42.88709, 74.63079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John Snow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https://2gis.kg/bishkek/firm/70000001082622717/tab/photos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