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Мост на р.Аламедин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42.88709, 74.63079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92382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397d52162a638ad81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238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42.88709, 74.63079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Bridge on the Alamedin River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42.88709, 74.63079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92382" cy="2231999"/>
            <wp:docPr id="4" name="Picture 4" descr="Мост на р.Аламедин" title="Мост на р.Аламеди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397d52162a638ad81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238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Мост на р.Аламедин · 60-х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Bridge on the Alamedin River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Bridge on the Alamedin River. Photo from the 60s In the background is school No. 23, a television tower in the distance.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https://bimap.su/description/frunze/367_Most.txt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42.88709, 74.63079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