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Западная сторона бульвара Дзержинского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42.88251, 74.60644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1318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c5dfa4a01e6edd00cf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31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42.88251, 74.60644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Западная сторона бульвара Дзержинского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42.88251, 74.60644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3182" cy="2232000"/>
            <wp:docPr id="4" name="Picture 4" descr="Западная сторона бульвара Дзержинского" title="Западная сторона бульвара Дзержинског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c5dfa4a01e6edd00cf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31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Западная сторона бульвара Дзержинского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Западная сторона бульвара Дзержинского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Западная сторона бульвара Дзержинского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https://bimap.su/description/frunze/365_DomBulvarnoi.txt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42.88251, 74.60644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Sugar Sugar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https://2gis.kg/bishkek/firm/70000001116320122/tab/photos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