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Западная сторона бульвара Дзержинского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dfa4a01e6edd00cf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Western side of Dzerzhinsky Boulevard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4" name="Picture 4" descr="Западная сторона бульвара Дзержинского" title="Западная сторона бульвара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dfa4a01e6edd00cf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Западная сторона бульвара Дзержинского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Western side of Dzerzhinsky Boulevard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Western side of Dzerzhinskaya Street This bourgeois house built at the end of the 19th - early 20th centuries was used as a clinic during Soviet times. In modern times, the US Embassy was located there.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https://bimap.su/description/frunze/365_DomBulvarnoi.txt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