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Мединститут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42.87070, 74.59642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56717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76970e7b77e829cf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71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42.87070, 74.59642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Мединститут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42.87070, 74.59642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67178" cy="2232000"/>
            <wp:docPr id="4" name="Picture 4" descr="Мединститут" title="Мед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76970e7b77e829cf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71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Мединститут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Мединститут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Архитекторы Ф.П.Стеблин, С.Х.Саакян, 1939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https://bimap.su/description/frunze/363_Medinstitut.txt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42.87070, 74.59642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https://2gis.kg/bishkek/firm/70000001103502677/tab/photos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