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Мединститут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56717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76970e7b77e829cf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71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Медициналык 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67178" cy="2232000"/>
            <wp:docPr id="4" name="Picture 4" descr="Мединститут" title="Мед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76970e7b77e829cf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71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Мединститут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Медициналык 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Медицина институту Медициналык институт. Архитекторлор Ф.П. Стеблин, С.Х. Сахакян, 1939-жыл. Бугунку кунде короонун ичин керкем колонналуу фасады менен кооз имараттын керунушу кызыктай сезилет. Бул туура эмес туташуудан улам болгон жок. 40-жылдары Логвиненко көчөсү шаардан түштүккө тоо тарапка чыгуучу негизги жол катары кызмат кылган. Көчө окуу жана административдик имараттар менен тизилип, медициналык институттун алдында башкы Логвиненко көчөс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https://bimap.su/description/frunze/363_Medinstitut.txt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42.87070, 74.59642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https://2gis.kg/bishkek/firm/70000001103502677/tab/photos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