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Торговые ряды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42.88144, 74.61154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54850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a8087276d52f46545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4850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Торговые ряды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42.88144, 74.61154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48501" cy="2232000"/>
            <wp:docPr id="3" name="Picture 3" descr="Торговые ряды" title="Торговые ря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a8087276d52f46545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4850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Торговые ряды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Торговые ряды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Базарной, 1910г.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https://bimap.su/description/pishpek/57_Riady_Bazarnoi1910.txt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42.88144, 74.61154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42.88144, 74.61154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