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Лекрастрест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42.86246, 74.60470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2484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c4841fda03b3d0d2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48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42.86246, 74.60470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Лекрастрест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42.86246, 74.60470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4846" cy="2232000"/>
            <wp:docPr id="4" name="Picture 4" descr="Лекрастрест" title="Лекрастрес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c4841fda03b3d0d2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484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Лекрастрест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Лекрастрест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Последние дни Лекрастреста.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https://bimap.su/description/frunze/361_Lekartrest.txt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42.86246, 74.60470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Daniel Sharypov ✓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https://2gis.kg/bishkek/firm/70000001019348464/tab/photos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