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Лекрастрест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42.86246, 74.60470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24846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3c4841fda03b3d0d21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2484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42.86246, 74.60470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Лекрастрест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42.86246, 74.60470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24846" cy="2232000"/>
            <wp:docPr id="4" name="Picture 4" descr="Лекрастрест" title="Лекрастрес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3c4841fda03b3d0d21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2484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Лекрастрест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Лекрастрест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Лекрастрест Лекрастресттин акыркы күндөрү. Владимир Петровдун фотосу. Лекрастрест 1930-жылы түзүлгөн. Имараттар 1935-жылы курулган. Лекрастрест дары-дармек өсүмдүктөрүн чогултуу жана өсүмдүк сырьесун кайра иштетүү менен алектенген. Бирок негизги кесиби апийим чийкисин сатып алуу болгон. Кыргызстанда морфиндер көп болгон апийимдин өстүрүлүшүнө табигый климаттык шарттар шарт түздү. 1950-1960-жылдары республикада фармацевтика тармагынын керектөөлө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https://bimap.su/description/frunze/361_Lekartrest.txt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42.86246, 74.60470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Daniel Sharypov ✓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https://2gis.kg/bishkek/firm/70000001019348464/tab/photos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