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Бишкекские куранты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42.87508, 74.61255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254996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167425d584af18a8c33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254996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975999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7ce46e77ebcfc891cfe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599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42.87508, 74.61255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Байланыш үйү. Коңгуроолор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42.87508, 74.61255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254996" cy="2232000"/>
            <wp:docPr id="4" name="Picture 4" descr="Дом связи. Часы-куранты" title="Дом связи. Часы-куранты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167425d584af18a8c33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254996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связи. Часы-куранты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Байланыш үйү. Коңгуроолор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Байланыш үйү. Байланыш үйүнүн коңгуроолору. Коңгуроо сааты. Архитекторлор А.Исаев, О.Жанеков, Ы.Ишенов, 1985-ж. Чимес, «Сейил» рестораны, «Ысык-Көл» азык-түлүк дүкөнү бар турак-жай, «Эмен паркында» «Түбөлүк даңк» оту, М.В. Фрунзе, Токтогул, В.И. Ленин (скульпторлор менен союзда) — бул Аскар Исаевич Исаевдин долбоорлору боюнча Фрунзе шаарында тузулген нерселердин толук тизмеси эмес. Архитектор А.Исаев 1931-жылы Фрунзе шаарында туулган, «Фрунзего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https://bimap.su/description/frunze/360_Dom_sviazi.txt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Бишкек коңгуроолору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42.87508, 74.61255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5999" cy="2232000"/>
            <wp:docPr id="5" name="Picture 5" descr="Бишкекские куранты" title="Бишкекские куранты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7ce46e77ebcfc891cfe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599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Бишкекские куранты · Евгения Коровина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Бишкек коңгуроолору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Коңгуроолорду эртең мененки саат 8ден кечки 9га чейин угууга болот. Ар бир жумуш күнү эртең мененки саат 8де Кыргыз Республикасынын гимни жаңырат. Евгений Коровиндин фотосу.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https://bimap.su/description/bishkek/46_IMG_0425.txt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