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42.87508, 74.61255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of Communications. Chimes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42.87508, 74.61255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54996" cy="2232000"/>
            <wp:docPr id="2" name="Picture 2" descr="Дом связи. Часы-куранты" title="Дом связи. Часы-курант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67425d584af18a8c3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499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связи. Часы-куранты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of Communications. Chimes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of Communications. Chimes of the House of Communications. Chimes clock. Architects A. Isaev, O. Zhanekov, Y. Ishenov, 1985. Chimes, the Seil restaurant, a residential building with a grocery store "Issyk-Kul", the fire of "Eternal Glory" in the "Oak Park", monuments to M.V. Frunze, Toktogul, V.I. Lenin (in alliance with sculptors) - this is not a complete list of what was created in the city of Frunze according to the designs of Askar Isa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https://bimap.su/description/frunze/360_Dom_sviazi.txt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Bishkek chimes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42.87508, 74.61255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3" name="Picture 3" descr="Бишкекские куранты" title="Бишкекские курант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ce46e77ebcfc891cf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Бишкекские куранты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Bishkek chimes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The chimes can be heard from 8 a.m. to 9 p.m. Every working day at 8 am the anthem of the Kyrgyz Republic is played. Photo by Evgeny Korovin.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https://bimap.su/description/bishkek/46_IMG_0425.txt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