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Бани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42.87182, 74.59835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164585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8f4265eb8d7a41b35b2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6458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42.87182, 74.59835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Бани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42.87182, 74.59835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164585" cy="2232000"/>
            <wp:docPr id="4" name="Picture 4" descr="Бани" title="Бани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8f4265eb8d7a41b35b2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6458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Бани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Бани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из газеты 1932 года.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https://bimap.su/description/frunze/359_Bani1932.txt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42.87182, 74.59835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