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42.88437, 74.60058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Ленину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42.88437, 74.60058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77280" cy="2232000"/>
            <wp:docPr id="2" name="Picture 2" descr="Памятник Ленину" title="Памятник Лен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8a372bde8990a3415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7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 · 1958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Ленину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 кооперативного техникума. Фото 1958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https://bimap.su/description/frunze/358_Lenin_koop.txt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42.88437, 74.60058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