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улиц Киевская и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29705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296d9dbd7f6ddfb78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970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Перекресток улиц Киевская и Советская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29705" cy="2231999"/>
            <wp:docPr id="4" name="Picture 4" descr="Перекресток улиц Киевская и Советская" title="Перекресток улиц Киевская и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296d9dbd7f6ddfb78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970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Киевская и Советская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Перекресток улиц Киевская и Советская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Перекресток улиц Киевская и Советская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https://bimap.su/description/frunze/357_KievSov.txt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42.87468, 74.61112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