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Чайхана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42.87962, 74.61487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082872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4866dad6ee59111c223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8287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42.87962, 74.61487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Чайхана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42.87962, 74.61487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82872" cy="2232000"/>
            <wp:docPr id="4" name="Picture 4" descr="Чайхана" title="Чайхан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4866dad6ee59111c223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8287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Чайхана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Чайхана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у рынка.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https://bimap.su/description/frunze/356_Chaihana.txt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42.87962, 74.61487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