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866dad6ee59111c22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Чайкана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4" name="Picture 4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866dad6ee59111c22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Чайкана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Базардын жанындагы чайкана Базардын жанындагы чайкана.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https://bimap.su/description/frunze/356_Chaihana.txt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