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Кафе «Дружба»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813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a5b5cb4ddcbc77b70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81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Кафе «Дружба»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78136" cy="2232000"/>
            <wp:docPr id="4" name="Picture 4" descr="Кафе «Дружба»" title="Кафе «Дружб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a5b5cb4ddcbc77b70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81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«Дружба»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Кафе «Дружба»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60-х.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https://bimap.su/description/frunze/355_Drujba.txt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