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42.88259, 74.61480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Cafe "Friendship"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42.88259, 74.61480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78136" cy="2232000"/>
            <wp:docPr id="2" name="Picture 2" descr="Кафе «Дружба»" title="Кафе «Дружба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fa5b5cb4ddcbc77b70c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078136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Кафе «Дружба» · 60-х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Cafe "Friendship"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Cafe "Friendship". Photo from the 60s. Cafe "Friendship". Photo from the 60s. Summer veranda of the Druzhba cafe. Photo from the 60s.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https://bimap.su/description/frunze/355_Drujba.txt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42.88259, 74.61480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