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Жилой дом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42.87246, 74.61221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1470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d9fd7300761bd045e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470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42.87246, 74.61221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Жилой дом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42.87246, 74.61221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14707" cy="2232000"/>
            <wp:docPr id="4" name="Picture 4" descr="Жилой дом" title="Жилой д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d9fd7300761bd045e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470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Жилой дом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Жилой дом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 магазином «Иссык-Куль».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https://bimap.su/description/frunze/354_Issyk.txt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42.87246, 74.61221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