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Жилой дом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1470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d9fd7300761bd045e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47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Турак жай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4707" cy="2232000"/>
            <wp:docPr id="4" name="Picture 4" descr="Жилой дом" title="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d9fd7300761bd045e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47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Турак жай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“Ысык-Көл” дүкөнү бар турак жай “Ысык-Көл” дүкөнү бар 9 кабаттуу турак жай. Архитектор А.Исаев, 1979. Алдыңкы планда Үлгү үйү. «Чаймс», «Сейил» рестораны, «Ысык-Көл» азык-түлүк дүкөнү бар турак-жай, «Эмен паркында» «Түбөлүк даңк» оту, М.В. Фрунзе, Токтогул, В.И. Ленин (скульпторлор менен союзда) — бул Аскар Исаевич Исаевдин долбоорлору боюнча Фрунзе шаарында тузулген нерселердин толук тизмеси эмес. Архитектор А.Исаев 1931-жылы Фрунзе шаарында 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https://bimap.su/description/frunze/354_Issyk.txt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42.87246, 74.61221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