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Residential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4707" cy="2232000"/>
            <wp:docPr id="2" name="Picture 2" descr="Жилой дом" title="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d9fd7300761bd045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147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Residential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Residential building with a store “Issyk-Kul” Nine-story residential building with a store “Issyk-Kul”. Architect A. Isaev, 1979. In the foreground is the Model House. “Chimes”, the “Seyil” restaurant, a residential building with a grocery store “Issyk-Kul”, the fire of “Eternal Glory” in the “Oak Park”, monuments to M.V. Frunze, Toktogul, V.I. Lenin (in alliance with sculptors) - this is not a complete list of what was created in the city of F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https://bimap.su/description/frunze/354_Issyk.txt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