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Проходная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527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1f9c249b6b2a59a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7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Проходная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52736" cy="2232000"/>
            <wp:docPr id="4" name="Picture 4" descr="Проходная" title="Проход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1f9c249b6b2a59a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7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Проходная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Проходная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Северная проходная завода имени В.И.Ленина.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https://bimap.su/description/frunze/353_Zavod1.txt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