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Проходная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527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c1f9c249b6b2a59a8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7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Өткөрүү пункту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52736" cy="2232000"/>
            <wp:docPr id="4" name="Picture 4" descr="Проходная" title="Проход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c1f9c249b6b2a59a8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7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Проходная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Өткөрүү пункту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В.И. Ленин атындагы завод. Ворошиловград шаарынан (Луганск) эвакуацияланган коргонуу заводу. Камволдук жана кездеме комбинатынын бутпеген цехтерине коюлган. Өндүрүлгөн патрондор жана миналар. 90-жылдары жогорку тактыктагы эксплуатациялоочу машиналарды, көтөргүчтөрдү жана пресстерди сериялык чыгарууну, ошондой эле ички керектөөлөр үчүн жабдууларды чыгарууну өздөштүргөн. Комбинатта 80-жылдары 40 миңге чейин жумушчу иштеген.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https://bimap.su/description/frunze/353_Zavod1.txt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