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Checkpoint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752736" cy="2232000"/>
            <wp:docPr id="2" name="Picture 2" descr="Проходная" title="Проходн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4c1f9c249b6b2a59a8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527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Проходная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Checkpoint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Northern checkpoint of the V.I. Lenin plant. A defense plant evacuated from the city of Voroshilovgrad (Lugansk). It was placed in the unfinished workshops of a worsted and cloth factory. Produced cartridges and mines. In the 90s, he mastered the serial production of high-precision operating machines, hoists and presses, as well as the production of equipment for domestic needs. The plant employed up to 40 thousand workers in the 80s.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https://bimap.su/description/frunze/353_Zavod1.txt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42.86523, 74.58393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