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Военный городок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42.87272, 74.59794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386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d6fa34055644d349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8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Военные казармы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42.87272, 74.59794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38600" cy="2232000"/>
            <wp:docPr id="3" name="Picture 3" descr="Военные казармы" title="Военные казарм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d6fa34055644d349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38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Военные казармы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Военные казармы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1878г. Снесены в 2012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https://bimap.su/description/pishpek/56_Kazarma1878.txt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Военный городок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42.87272, 74.59794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38600" cy="2232000"/>
            <wp:docPr id="4" name="Picture 4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306bd1c9531ab6435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386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Военный городок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Воинские казармы, 40-е.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https://bimap.su/description/frunze/130_Kazarma1878.txt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42.87272, 74.59794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