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Завод имени В.И.Ленина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42.86184, 74.58660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5273b840e24697b276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42.86184, 74.58660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Завод имени В.И.Ленина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42.86184, 74.58660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4" name="Picture 4" descr="Завод имени В.И.Ленина" title="Завод имени В.И.Лен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5273b840e24697b276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Завод имени В.И.Ленина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Завод имени В.И.Ленина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Здание заводоуправления.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42.86184, 74.58660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