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42.86184, 74.58660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Plant named after V.I. Lenin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42.86184, 74.58660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Завод имени В.И.Ленина" title="Завод имени В.И.Ле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5273b840e24697b276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Завод имени В.И.Ленина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Plant named after V.I. Lenin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Plant management building.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42.86184, 74.58660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