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Прокуратуры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/>
      <w:r>
        <w:drawing>
          <wp:inline xmlns:a="http://schemas.openxmlformats.org/drawingml/2006/main" xmlns:pic="http://schemas.openxmlformats.org/drawingml/2006/picture">
            <wp:extent cx="5688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131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619a86ff26a84e43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31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Прокуратура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624979" cy="2232000"/>
            <wp:docPr id="4" name="Picture 4" descr="Прокуратура" title="Прокура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49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Прокуратура · Д.Шоломовича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Прокуратура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Прокуратура Прокуратура. Д.Шоломовичтин фотосу, 1957. Архитектор В.Верюжский, 1941. Имарат СССРдин герби менен кооздолгон. Ак чарчы мурда «Конституция — СССРдин негизги закону» деген жазуу бар. Евгений Коровиндин фотосу. Жумушчу-дыйкандардын союзунун символу — орок менен боолор. Евгений Коровиндин фотосу. Имараттын фризинде Ольга Мануилованын паннолору бар. Евгений Петровдун фотосу. Ольга Максимилиановна Мануйлова (1893-1984). Скульптор, Кыргыз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https://bimap.su/description/frunze/351_Prokuratura.txt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Прокуратуранын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13113" cy="2232000"/>
            <wp:docPr id="5" name="Picture 5" descr="Здание Прокуратуры" title="Здание Прокура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619a86ff26a84e43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31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Прокуратуры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Прокуратуранын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Прокуратуранын имараты. Чыгыштан көрүнүш.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https://bimap.su/description/bishkek/116_IMG_1261.txt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